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r>
        <w:drawing>
          <wp:inline xmlns:a="http://schemas.openxmlformats.org/drawingml/2006/main" xmlns:pic="http://schemas.openxmlformats.org/drawingml/2006/picture">
            <wp:extent cx="2880360" cy="714464"/>
            <wp:docPr id="1" name="Picture 1" descr="Hillycroft Fisheries logo"/>
            <wp:cNvGraphicFramePr>
              <a:graphicFrameLocks noChangeAspect="1"/>
            </wp:cNvGraphicFramePr>
            <a:graphic>
              <a:graphicData uri="http://schemas.openxmlformats.org/drawingml/2006/picture">
                <pic:pic>
                  <pic:nvPicPr>
                    <pic:cNvPr id="0" name="HillycroftFisheries_Full Logo(1).jpg"/>
                    <pic:cNvPicPr/>
                  </pic:nvPicPr>
                  <pic:blipFill>
                    <a:blip r:embed="rId10"/>
                    <a:stretch>
                      <a:fillRect/>
                    </a:stretch>
                  </pic:blipFill>
                  <pic:spPr>
                    <a:xfrm>
                      <a:off x="0" y="0"/>
                      <a:ext cx="2880360" cy="714464"/>
                    </a:xfrm>
                    <a:prstGeom prst="rect"/>
                  </pic:spPr>
                </pic:pic>
              </a:graphicData>
            </a:graphic>
          </wp:inline>
        </w:drawing>
      </w:r>
    </w:p>
    <w:p>
      <w:pPr>
        <w:pStyle w:val="Title"/>
      </w:pPr>
      <w:r>
        <w:t>Job application form</w:t>
      </w:r>
    </w:p>
    <w:p>
      <w:r>
        <w:rPr>
          <w:b w:val="0"/>
        </w:rPr>
        <w:t>Please complete all sections clearly. You may type your answers or complete the form by hand. If a question does not apply, write N/A.</w:t>
      </w:r>
    </w:p>
    <w:p>
      <w:pPr>
        <w:pStyle w:val="Heading1"/>
      </w:pPr>
      <w:r>
        <w:t>1  Your details</w:t>
      </w:r>
    </w:p>
    <w:p>
      <w:r>
        <w:rPr>
          <w:b/>
        </w:rPr>
        <w:t>Role applied for</w:t>
      </w:r>
    </w:p>
    <w:p>
      <w:pPr>
        <w:spacing w:after="80" w:line="380" w:lineRule="exact"/>
        <w:pBdr>
          <w:bottom w:val="single" w:sz="4" w:color="C6C6C6"/>
        </w:pBdr>
      </w:pPr>
      <w:r>
        <w:rPr>
          <w:b w:val="0"/>
        </w:rPr>
      </w:r>
    </w:p>
    <w:p>
      <w:r>
        <w:rPr>
          <w:b/>
        </w:rPr>
        <w:t>Full name</w:t>
      </w:r>
    </w:p>
    <w:p>
      <w:pPr>
        <w:spacing w:after="80" w:line="380" w:lineRule="exact"/>
        <w:pBdr>
          <w:bottom w:val="single" w:sz="4" w:color="C6C6C6"/>
        </w:pBdr>
      </w:pPr>
      <w:r>
        <w:rPr>
          <w:b w:val="0"/>
        </w:rPr>
      </w:r>
    </w:p>
    <w:p>
      <w:r>
        <w:rPr>
          <w:b/>
        </w:rPr>
        <w:t>Address and postcode</w:t>
      </w:r>
    </w:p>
    <w:p>
      <w:pPr>
        <w:spacing w:after="80" w:line="380" w:lineRule="exact"/>
        <w:pBdr>
          <w:bottom w:val="single" w:sz="4" w:color="C6C6C6"/>
        </w:pBdr>
      </w:pPr>
      <w:r>
        <w:rPr>
          <w:b w:val="0"/>
        </w:rPr>
      </w:r>
    </w:p>
    <w:p>
      <w:r>
        <w:rPr>
          <w:b/>
        </w:rPr>
        <w:t>Email address</w:t>
      </w:r>
    </w:p>
    <w:p>
      <w:pPr>
        <w:spacing w:after="80" w:line="380" w:lineRule="exact"/>
        <w:pBdr>
          <w:bottom w:val="single" w:sz="4" w:color="C6C6C6"/>
        </w:pBdr>
      </w:pPr>
      <w:r>
        <w:rPr>
          <w:b w:val="0"/>
        </w:rPr>
      </w:r>
    </w:p>
    <w:p>
      <w:r>
        <w:rPr>
          <w:b/>
        </w:rPr>
        <w:t>Phone number                                      Date of birth</w:t>
      </w:r>
    </w:p>
    <w:p>
      <w:pPr>
        <w:spacing w:after="80" w:line="380" w:lineRule="exact"/>
        <w:pBdr>
          <w:bottom w:val="single" w:sz="4" w:color="C6C6C6"/>
        </w:pBdr>
      </w:pPr>
      <w:r>
        <w:rPr>
          <w:b w:val="0"/>
        </w:rPr>
      </w:r>
    </w:p>
    <w:p>
      <w:pPr>
        <w:pStyle w:val="Heading1"/>
      </w:pPr>
      <w:r>
        <w:t>2  Education and employment</w:t>
      </w:r>
    </w:p>
    <w:p>
      <w:r>
        <w:rPr>
          <w:b/>
        </w:rPr>
        <w:t>Are you currently at school or college?</w:t>
      </w:r>
    </w:p>
    <w:p>
      <w:r>
        <w:rPr>
          <w:b w:val="0"/>
        </w:rPr>
        <w:t>☐ Yes     ☐ No</w:t>
      </w:r>
    </w:p>
    <w:p>
      <w:r>
        <w:rPr>
          <w:b/>
        </w:rPr>
        <w:t>If yes, where do you study and what days and hours do you attend?</w:t>
      </w:r>
    </w:p>
    <w:p>
      <w:pPr>
        <w:spacing w:after="80" w:line="380" w:lineRule="exact"/>
        <w:pBdr>
          <w:bottom w:val="single" w:sz="4" w:color="C6C6C6"/>
        </w:pBdr>
      </w:pPr>
      <w:r>
        <w:rPr>
          <w:b w:val="0"/>
        </w:rPr>
      </w:r>
    </w:p>
    <w:p>
      <w:r>
        <w:rPr>
          <w:b/>
        </w:rPr>
        <w:t>Are you currently employed?</w:t>
      </w:r>
    </w:p>
    <w:p>
      <w:r>
        <w:rPr>
          <w:b w:val="0"/>
        </w:rPr>
        <w:t>☐ Yes     ☐ No</w:t>
      </w:r>
    </w:p>
    <w:p>
      <w:r>
        <w:rPr>
          <w:b/>
        </w:rPr>
        <w:t>If yes, where do you work and what days and hours do you work?</w:t>
      </w:r>
    </w:p>
    <w:p>
      <w:pPr>
        <w:spacing w:after="80" w:line="380" w:lineRule="exact"/>
        <w:pBdr>
          <w:bottom w:val="single" w:sz="4" w:color="C6C6C6"/>
        </w:pBdr>
      </w:pPr>
      <w:r>
        <w:rPr>
          <w:b w:val="0"/>
        </w:rPr>
      </w:r>
    </w:p>
    <w:p>
      <w:r>
        <w:rPr>
          <w:b/>
        </w:rPr>
        <w:t>Would you keep this job if you joined Hillycroft Fisheries?</w:t>
      </w:r>
    </w:p>
    <w:p>
      <w:r>
        <w:rPr>
          <w:b w:val="0"/>
        </w:rPr>
        <w:t>☐ Yes     ☐ No     ☐ Not applicable</w:t>
      </w:r>
    </w:p>
    <w:p>
      <w:r>
        <w:rPr>
          <w:b/>
        </w:rPr>
        <w:t>Recent jobs or work experience — include employer, role and dates</w:t>
      </w:r>
    </w:p>
    <w:p>
      <w:pPr>
        <w:spacing w:after="80" w:line="380" w:lineRule="exact"/>
        <w:pBdr>
          <w:bottom w:val="single" w:sz="4" w:color="C6C6C6"/>
        </w:pBdr>
      </w:pPr>
      <w:r>
        <w:rPr>
          <w:b w:val="0"/>
        </w:rPr>
      </w:r>
    </w:p>
    <w:p>
      <w:pPr>
        <w:spacing w:after="80" w:line="380" w:lineRule="exact"/>
        <w:pBdr>
          <w:bottom w:val="single" w:sz="4" w:color="C6C6C6"/>
        </w:pBdr>
      </w:pPr>
      <w:r>
        <w:rPr>
          <w:b w:val="0"/>
        </w:rPr>
      </w:r>
    </w:p>
    <w:p>
      <w:pPr>
        <w:spacing w:after="80" w:line="380" w:lineRule="exact"/>
        <w:pBdr>
          <w:bottom w:val="single" w:sz="4" w:color="C6C6C6"/>
        </w:pBdr>
      </w:pPr>
      <w:r>
        <w:rPr>
          <w:b w:val="0"/>
        </w:rPr>
      </w:r>
    </w:p>
    <w:p>
      <w:r>
        <w:rPr>
          <w:b w:val="0"/>
          <w:sz w:val="18"/>
        </w:rPr>
        <w:t>You may attach an additional sheet if you need more space.</w:t>
      </w:r>
    </w:p>
    <w:p>
      <w:r>
        <w:br w:type="page"/>
      </w:r>
    </w:p>
    <w:p>
      <w:r>
        <w:rPr>
          <w:b/>
        </w:rPr>
        <w:t>HILLYCROFT FISHERIES</w:t>
      </w:r>
    </w:p>
    <w:p>
      <w:pPr>
        <w:pStyle w:val="Heading1"/>
      </w:pPr>
      <w:r>
        <w:t>3  Your availability</w:t>
      </w:r>
    </w:p>
    <w:p>
      <w:r>
        <w:rPr>
          <w:b w:val="0"/>
        </w:rPr>
        <w:t>Enter a tick (✓) if available or a cross (×) if unavailable for each shift.</w:t>
      </w:r>
    </w:p>
    <w:tbl>
      <w:tblPr>
        <w:tblW w:type="auto" w:w="0"/>
        <w:jc w:val="center"/>
        <w:tblLayout w:type="fixed"/>
        <w:tblLook w:firstColumn="1" w:firstRow="1" w:lastColumn="0" w:lastRow="0" w:noHBand="0" w:noVBand="1" w:val="04A0"/>
      </w:tblPr>
      <w:tblGrid>
        <w:gridCol w:w="1944"/>
        <w:gridCol w:w="3960"/>
        <w:gridCol w:w="3960"/>
      </w:tblGrid>
      <w:tr>
        <w:trPr>
          <w:trHeight w:val="360"/>
          <w:cantSplit/>
        </w:trPr>
        <w:tc>
          <w:tcPr>
            <w:tcW w:type="dxa" w:w="3295"/>
            <w:vAlign w:val="center"/>
            <w:tcBorders>
              <w:top w:val="single" w:sz="4" w:color="D9D9D9"/>
              <w:left w:val="single" w:sz="4" w:color="D9D9D9"/>
              <w:bottom w:val="single" w:sz="4" w:color="D9D9D9"/>
              <w:right w:val="single" w:sz="4" w:color="D9D9D9"/>
            </w:tcBorders>
            <w:shd w:fill="EDEDED"/>
          </w:tcPr>
          <w:p>
            <w:pPr>
              <w:spacing w:before="60" w:after="60"/>
            </w:pPr>
            <w:r>
              <w:rPr>
                <w:b/>
                <w:sz w:val="20"/>
              </w:rPr>
              <w:t>Day</w:t>
            </w:r>
          </w:p>
        </w:tc>
        <w:tc>
          <w:tcPr>
            <w:tcW w:type="dxa" w:w="3295"/>
            <w:vAlign w:val="center"/>
            <w:tcBorders>
              <w:top w:val="single" w:sz="4" w:color="D9D9D9"/>
              <w:left w:val="single" w:sz="4" w:color="D9D9D9"/>
              <w:bottom w:val="single" w:sz="4" w:color="D9D9D9"/>
              <w:right w:val="single" w:sz="4" w:color="D9D9D9"/>
            </w:tcBorders>
            <w:shd w:fill="EDEDED"/>
          </w:tcPr>
          <w:p>
            <w:pPr>
              <w:spacing w:before="60" w:after="60"/>
              <w:jc w:val="center"/>
            </w:pPr>
            <w:r>
              <w:rPr>
                <w:b/>
                <w:sz w:val="20"/>
              </w:rPr>
              <w:t>Lunchtime</w:t>
              <w:br/>
              <w:t>Approx. 10:30 am–4:00 pm</w:t>
            </w:r>
          </w:p>
        </w:tc>
        <w:tc>
          <w:tcPr>
            <w:tcW w:type="dxa" w:w="3295"/>
            <w:vAlign w:val="center"/>
            <w:tcBorders>
              <w:top w:val="single" w:sz="4" w:color="D9D9D9"/>
              <w:left w:val="single" w:sz="4" w:color="D9D9D9"/>
              <w:bottom w:val="single" w:sz="4" w:color="D9D9D9"/>
              <w:right w:val="single" w:sz="4" w:color="D9D9D9"/>
            </w:tcBorders>
            <w:shd w:fill="EDEDED"/>
          </w:tcPr>
          <w:p>
            <w:pPr>
              <w:spacing w:before="60" w:after="60"/>
              <w:jc w:val="center"/>
            </w:pPr>
            <w:r>
              <w:rPr>
                <w:b/>
                <w:sz w:val="20"/>
              </w:rPr>
              <w:t>Teatime</w:t>
              <w:br/>
              <w:t>Approx. 4:00 pm–8:30 pm</w:t>
            </w:r>
          </w:p>
        </w:tc>
      </w:tr>
      <w:tr>
        <w:trPr>
          <w:trHeight w:val="360"/>
          <w:cantSplit/>
        </w:trPr>
        <w:tc>
          <w:tcPr>
            <w:tcW w:type="dxa" w:w="1944"/>
            <w:vAlign w:val="center"/>
            <w:tcBorders>
              <w:top w:val="single" w:sz="4" w:color="D9D9D9"/>
              <w:left w:val="single" w:sz="4" w:color="D9D9D9"/>
              <w:bottom w:val="single" w:sz="4" w:color="D9D9D9"/>
              <w:right w:val="single" w:sz="4" w:color="D9D9D9"/>
            </w:tcBorders>
          </w:tcPr>
          <w:p>
            <w:pPr>
              <w:spacing w:before="60" w:after="60"/>
            </w:pPr>
            <w:r>
              <w:rPr>
                <w:b w:val="0"/>
                <w:sz w:val="20"/>
              </w:rPr>
              <w:t>Monday</w:t>
            </w: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p>
        </w:tc>
      </w:tr>
      <w:tr>
        <w:trPr>
          <w:trHeight w:val="360"/>
          <w:cantSplit/>
        </w:trPr>
        <w:tc>
          <w:tcPr>
            <w:tcW w:type="dxa" w:w="1944"/>
            <w:vAlign w:val="center"/>
            <w:tcBorders>
              <w:top w:val="single" w:sz="4" w:color="D9D9D9"/>
              <w:left w:val="single" w:sz="4" w:color="D9D9D9"/>
              <w:bottom w:val="single" w:sz="4" w:color="D9D9D9"/>
              <w:right w:val="single" w:sz="4" w:color="D9D9D9"/>
            </w:tcBorders>
          </w:tcPr>
          <w:p>
            <w:pPr>
              <w:spacing w:before="60" w:after="60"/>
            </w:pPr>
            <w:r>
              <w:rPr>
                <w:b w:val="0"/>
                <w:sz w:val="20"/>
              </w:rPr>
              <w:t>Tuesday</w:t>
            </w: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p>
        </w:tc>
      </w:tr>
      <w:tr>
        <w:trPr>
          <w:trHeight w:val="360"/>
          <w:cantSplit/>
        </w:trPr>
        <w:tc>
          <w:tcPr>
            <w:tcW w:type="dxa" w:w="1944"/>
            <w:vAlign w:val="center"/>
            <w:tcBorders>
              <w:top w:val="single" w:sz="4" w:color="D9D9D9"/>
              <w:left w:val="single" w:sz="4" w:color="D9D9D9"/>
              <w:bottom w:val="single" w:sz="4" w:color="D9D9D9"/>
              <w:right w:val="single" w:sz="4" w:color="D9D9D9"/>
            </w:tcBorders>
          </w:tcPr>
          <w:p>
            <w:pPr>
              <w:spacing w:before="60" w:after="60"/>
            </w:pPr>
            <w:r>
              <w:rPr>
                <w:b w:val="0"/>
                <w:sz w:val="20"/>
              </w:rPr>
              <w:t>Wednesday</w:t>
            </w: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p>
        </w:tc>
      </w:tr>
      <w:tr>
        <w:trPr>
          <w:trHeight w:val="360"/>
          <w:cantSplit/>
        </w:trPr>
        <w:tc>
          <w:tcPr>
            <w:tcW w:type="dxa" w:w="1944"/>
            <w:vAlign w:val="center"/>
            <w:tcBorders>
              <w:top w:val="single" w:sz="4" w:color="D9D9D9"/>
              <w:left w:val="single" w:sz="4" w:color="D9D9D9"/>
              <w:bottom w:val="single" w:sz="4" w:color="D9D9D9"/>
              <w:right w:val="single" w:sz="4" w:color="D9D9D9"/>
            </w:tcBorders>
          </w:tcPr>
          <w:p>
            <w:pPr>
              <w:spacing w:before="60" w:after="60"/>
            </w:pPr>
            <w:r>
              <w:rPr>
                <w:b w:val="0"/>
                <w:sz w:val="20"/>
              </w:rPr>
              <w:t>Thursday</w:t>
            </w: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p>
        </w:tc>
      </w:tr>
      <w:tr>
        <w:trPr>
          <w:trHeight w:val="360"/>
          <w:cantSplit/>
        </w:trPr>
        <w:tc>
          <w:tcPr>
            <w:tcW w:type="dxa" w:w="1944"/>
            <w:vAlign w:val="center"/>
            <w:tcBorders>
              <w:top w:val="single" w:sz="4" w:color="D9D9D9"/>
              <w:left w:val="single" w:sz="4" w:color="D9D9D9"/>
              <w:bottom w:val="single" w:sz="4" w:color="D9D9D9"/>
              <w:right w:val="single" w:sz="4" w:color="D9D9D9"/>
            </w:tcBorders>
          </w:tcPr>
          <w:p>
            <w:pPr>
              <w:spacing w:before="60" w:after="60"/>
            </w:pPr>
            <w:r>
              <w:rPr>
                <w:b w:val="0"/>
                <w:sz w:val="20"/>
              </w:rPr>
              <w:t>Friday</w:t>
            </w: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p>
        </w:tc>
      </w:tr>
      <w:tr>
        <w:trPr>
          <w:trHeight w:val="360"/>
          <w:cantSplit/>
        </w:trPr>
        <w:tc>
          <w:tcPr>
            <w:tcW w:type="dxa" w:w="1944"/>
            <w:vAlign w:val="center"/>
            <w:tcBorders>
              <w:top w:val="single" w:sz="4" w:color="D9D9D9"/>
              <w:left w:val="single" w:sz="4" w:color="D9D9D9"/>
              <w:bottom w:val="single" w:sz="4" w:color="D9D9D9"/>
              <w:right w:val="single" w:sz="4" w:color="D9D9D9"/>
            </w:tcBorders>
          </w:tcPr>
          <w:p>
            <w:pPr>
              <w:spacing w:before="60" w:after="60"/>
            </w:pPr>
            <w:r>
              <w:rPr>
                <w:b w:val="0"/>
                <w:sz w:val="20"/>
              </w:rPr>
              <w:t>Saturday</w:t>
            </w: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p>
        </w:tc>
      </w:tr>
      <w:tr>
        <w:trPr>
          <w:trHeight w:val="360"/>
          <w:cantSplit/>
        </w:trPr>
        <w:tc>
          <w:tcPr>
            <w:tcW w:type="dxa" w:w="1944"/>
            <w:vAlign w:val="center"/>
            <w:tcBorders>
              <w:top w:val="single" w:sz="4" w:color="D9D9D9"/>
              <w:left w:val="single" w:sz="4" w:color="D9D9D9"/>
              <w:bottom w:val="single" w:sz="4" w:color="D9D9D9"/>
              <w:right w:val="single" w:sz="4" w:color="D9D9D9"/>
            </w:tcBorders>
          </w:tcPr>
          <w:p>
            <w:pPr>
              <w:spacing w:before="60" w:after="60"/>
            </w:pPr>
            <w:r>
              <w:rPr>
                <w:b w:val="0"/>
                <w:sz w:val="20"/>
              </w:rPr>
              <w:t>Sunday</w:t>
            </w: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r>
              <w:rPr>
                <w:b w:val="0"/>
                <w:sz w:val="20"/>
              </w:rPr>
              <w:t>Closed</w:t>
            </w:r>
          </w:p>
        </w:tc>
        <w:tc>
          <w:tcPr>
            <w:tcW w:type="dxa" w:w="3960"/>
            <w:vAlign w:val="center"/>
            <w:tcBorders>
              <w:top w:val="single" w:sz="4" w:color="D9D9D9"/>
              <w:left w:val="single" w:sz="4" w:color="D9D9D9"/>
              <w:bottom w:val="single" w:sz="4" w:color="D9D9D9"/>
              <w:right w:val="single" w:sz="4" w:color="D9D9D9"/>
            </w:tcBorders>
          </w:tcPr>
          <w:p>
            <w:pPr>
              <w:spacing w:before="60" w:after="60"/>
              <w:jc w:val="center"/>
            </w:pPr>
            <w:r>
              <w:rPr>
                <w:b w:val="0"/>
                <w:sz w:val="20"/>
              </w:rPr>
              <w:t>Closed</w:t>
            </w:r>
          </w:p>
        </w:tc>
      </w:tr>
    </w:tbl>
    <w:p>
      <w:r>
        <w:rPr>
          <w:b w:val="0"/>
        </w:rPr>
      </w:r>
    </w:p>
    <w:p>
      <w:r>
        <w:rPr>
          <w:b/>
        </w:rPr>
        <w:t>Approximately how many hours per week would you like to work?</w:t>
      </w:r>
    </w:p>
    <w:p>
      <w:pPr>
        <w:spacing w:after="80" w:line="380" w:lineRule="exact"/>
        <w:pBdr>
          <w:bottom w:val="single" w:sz="4" w:color="C6C6C6"/>
        </w:pBdr>
      </w:pPr>
      <w:r>
        <w:rPr>
          <w:b w:val="0"/>
        </w:rPr>
      </w:r>
    </w:p>
    <w:p>
      <w:pPr>
        <w:pStyle w:val="Heading1"/>
      </w:pPr>
      <w:r>
        <w:t>4  Additional information</w:t>
      </w:r>
    </w:p>
    <w:p>
      <w:r>
        <w:rPr>
          <w:b/>
        </w:rPr>
        <w:t>Do you hold a Level 2 Food Safety Certificate?   ☐ Yes   ☐ No</w:t>
      </w:r>
    </w:p>
    <w:p>
      <w:r>
        <w:rPr>
          <w:b w:val="0"/>
          <w:sz w:val="20"/>
        </w:rPr>
        <w:t>Training will be provided if you do not hold this certificate.</w:t>
      </w:r>
    </w:p>
    <w:p>
      <w:r>
        <w:rPr>
          <w:b/>
        </w:rPr>
        <w:t>Are there any restrictions on your right to work in the UK?   ☐ Yes   ☐ No</w:t>
      </w:r>
    </w:p>
    <w:p>
      <w:r>
        <w:rPr>
          <w:b/>
        </w:rPr>
        <w:t>If yes, please give details</w:t>
      </w:r>
    </w:p>
    <w:p>
      <w:pPr>
        <w:spacing w:after="80" w:line="380" w:lineRule="exact"/>
        <w:pBdr>
          <w:bottom w:val="single" w:sz="4" w:color="C6C6C6"/>
        </w:pBdr>
      </w:pPr>
      <w:r>
        <w:rPr>
          <w:b w:val="0"/>
        </w:rPr>
      </w:r>
    </w:p>
    <w:p>
      <w:r>
        <w:rPr>
          <w:b/>
        </w:rPr>
        <w:t>Do you need any reasonable adjustments to attend an interview?</w:t>
      </w:r>
    </w:p>
    <w:p>
      <w:pPr>
        <w:spacing w:after="80" w:line="380" w:lineRule="exact"/>
        <w:pBdr>
          <w:bottom w:val="single" w:sz="4" w:color="C6C6C6"/>
        </w:pBdr>
      </w:pPr>
      <w:r>
        <w:rPr>
          <w:b w:val="0"/>
        </w:rPr>
      </w:r>
    </w:p>
    <w:p>
      <w:r>
        <w:rPr>
          <w:b/>
        </w:rPr>
        <w:t>Do you have any unspent criminal convictions?   ☐ Yes   ☐ No</w:t>
      </w:r>
    </w:p>
    <w:p>
      <w:r>
        <w:rPr>
          <w:b/>
        </w:rPr>
        <w:t>If yes, please give details. You do not need to disclose spent convictions.</w:t>
      </w:r>
    </w:p>
    <w:p>
      <w:pPr>
        <w:spacing w:after="80" w:line="380" w:lineRule="exact"/>
        <w:pBdr>
          <w:bottom w:val="single" w:sz="4" w:color="C6C6C6"/>
        </w:pBdr>
      </w:pPr>
      <w:r>
        <w:rPr>
          <w:b w:val="0"/>
        </w:rPr>
      </w:r>
    </w:p>
    <w:p>
      <w:pPr>
        <w:pStyle w:val="Heading1"/>
      </w:pPr>
      <w:r>
        <w:t>5  Declaration</w:t>
      </w:r>
    </w:p>
    <w:p>
      <w:r>
        <w:rPr>
          <w:b w:val="0"/>
        </w:rPr>
        <w:t>I confirm that the information provided in this application is true and complete to the best of my knowledge. I understand that providing false or misleading information, or deliberately withholding relevant information, may result in an offer of employment being withdrawn or, if employment has already commenced, disciplinary action up to and including dismissal, subject to applicable law and procedures.</w:t>
      </w:r>
    </w:p>
    <w:p>
      <w:r>
        <w:rPr>
          <w:b w:val="0"/>
        </w:rPr>
        <w:t>Following a successful initial interview, you may be invited to attend a short, supervised practical interview lasting 30–60 minutes. This allows us to assess your suitability for the role and gives you the opportunity to see what the job involves and decide whether it is right for you.</w:t>
      </w:r>
    </w:p>
    <w:p>
      <w:r>
        <w:rPr>
          <w:b w:val="0"/>
        </w:rPr>
        <w:t>Signed: __________________________________    Date: __________________</w:t>
      </w:r>
    </w:p>
    <w:p>
      <w:pPr>
        <w:pStyle w:val="Heading1"/>
      </w:pPr>
      <w:r>
        <w:t>Returning your application</w:t>
      </w:r>
    </w:p>
    <w:p>
      <w:r>
        <w:rPr>
          <w:b w:val="0"/>
        </w:rPr>
        <w:t xml:space="preserve">Please email your completed application form to </w:t>
      </w:r>
      <w:r>
        <w:rPr>
          <w:b/>
        </w:rPr>
        <w:t>jobs@hillycroftfisheries.co.uk</w:t>
      </w:r>
      <w:r>
        <w:t>.</w:t>
      </w:r>
    </w:p>
    <w:p>
      <w:r>
        <w:rPr>
          <w:b w:val="0"/>
        </w:rPr>
        <w:t>Thank you for your interest in joining our team. Unfortunately, we are unable to respond to every application, but we will be in touch if you are shortlisted.</w:t>
      </w:r>
    </w:p>
    <w:sectPr w:rsidR="00FC693F" w:rsidRPr="0006063C" w:rsidSect="00034616">
      <w:footerReference w:type="default" r:id="rId9"/>
      <w:pgSz w:w="11900" w:h="16820"/>
      <w:pgMar w:top="893" w:right="1008" w:bottom="893" w:left="1008"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Hillycroft Fisheries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47" w:lineRule="auto"/>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line="247"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7" w:lineRule="auto"/>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Hillycroft Fisheries Job Application Form</dc:title>
  <dc:subject/>
  <dc:creator>Hillycroft Fisheries</dc:creator>
  <cp:keywords/>
  <dc:description>generated by python-docx</dc:description>
  <cp:lastModifiedBy/>
  <cp:revision>1</cp:revision>
  <dcterms:created xsi:type="dcterms:W3CDTF">2013-12-23T23:15:00Z</dcterms:created>
  <dcterms:modified xsi:type="dcterms:W3CDTF">2013-12-23T23:15:00Z</dcterms:modified>
  <cp:category/>
</cp:coreProperties>
</file>